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77E71" w14:textId="249693A7" w:rsidR="00565812" w:rsidRDefault="00000000">
      <w:pPr>
        <w:pStyle w:val="MainTitle"/>
      </w:pPr>
      <w:proofErr w:type="spellStart"/>
      <w:r>
        <w:t>शिक्षा</w:t>
      </w:r>
      <w:proofErr w:type="spellEnd"/>
      <w:r>
        <w:t xml:space="preserve"> महाकुंभ-</w:t>
      </w:r>
      <w:r w:rsidR="00867E3D">
        <w:t>6.0</w:t>
      </w:r>
    </w:p>
    <w:p w14:paraId="651A7AF5" w14:textId="30F10716" w:rsidR="00565812" w:rsidRDefault="00867E3D" w:rsidP="00867E3D">
      <w:pPr>
        <w:pStyle w:val="HindiSubtitle"/>
      </w:pPr>
      <w:r>
        <w:t>6</w:t>
      </w:r>
      <w:r w:rsidRPr="00867E3D">
        <w:rPr>
          <w:vertAlign w:val="superscript"/>
        </w:rPr>
        <w:t>th</w:t>
      </w:r>
      <w:r>
        <w:t xml:space="preserve"> Edition</w:t>
      </w:r>
    </w:p>
    <w:p w14:paraId="43EBF4E7" w14:textId="77777777" w:rsidR="00565812" w:rsidRDefault="00000000">
      <w:pPr>
        <w:pStyle w:val="HindiSubtitle"/>
      </w:pPr>
      <w:r>
        <w:t>शिक्षा, प्रकृति और प्रगति</w:t>
      </w:r>
    </w:p>
    <w:p w14:paraId="4E1F0AF9" w14:textId="77777777" w:rsidR="00565812" w:rsidRDefault="00000000">
      <w:pPr>
        <w:pStyle w:val="EnglishSubtitle"/>
      </w:pPr>
      <w:r>
        <w:t>Education for Development and Harmony with Nature</w:t>
      </w:r>
    </w:p>
    <w:p w14:paraId="17F4D01F" w14:textId="77777777" w:rsidR="00565812" w:rsidRDefault="00000000">
      <w:pPr>
        <w:pStyle w:val="SectionHead"/>
      </w:pPr>
      <w:r>
        <w:t>मुख्य कार्यक्रम सारणी</w:t>
      </w:r>
    </w:p>
    <w:p w14:paraId="25E0EAB0" w14:textId="77777777" w:rsidR="00565812" w:rsidRDefault="00565812"/>
    <w:p w14:paraId="409828F8" w14:textId="77777777" w:rsidR="00565812" w:rsidRDefault="00000000">
      <w:pPr>
        <w:pStyle w:val="DayHead"/>
      </w:pPr>
      <w:r>
        <w:t>DAY 1</w:t>
      </w:r>
    </w:p>
    <w:p w14:paraId="2868936D" w14:textId="77777777" w:rsidR="00565812" w:rsidRDefault="00000000">
      <w:pPr>
        <w:jc w:val="center"/>
      </w:pPr>
      <w:r>
        <w:rPr>
          <w:b/>
          <w:sz w:val="24"/>
        </w:rPr>
        <w:t>October 9, 2026</w:t>
      </w:r>
    </w:p>
    <w:p w14:paraId="4EEC9490" w14:textId="77777777" w:rsidR="00565812" w:rsidRDefault="00000000">
      <w:pPr>
        <w:pStyle w:val="Theme"/>
      </w:pPr>
      <w:r>
        <w:t>Day Theme: आध्यात्मिक भारत – विकसित भारत</w:t>
      </w:r>
    </w:p>
    <w:tbl>
      <w:tblPr>
        <w:tblStyle w:val="TableGrid"/>
        <w:tblW w:w="9868" w:type="dxa"/>
        <w:jc w:val="center"/>
        <w:tblLayout w:type="fixed"/>
        <w:tblLook w:val="04A0" w:firstRow="1" w:lastRow="0" w:firstColumn="1" w:lastColumn="0" w:noHBand="0" w:noVBand="1"/>
      </w:tblPr>
      <w:tblGrid>
        <w:gridCol w:w="5213"/>
        <w:gridCol w:w="4655"/>
      </w:tblGrid>
      <w:tr w:rsidR="00565812" w14:paraId="222FD6B8" w14:textId="77777777" w:rsidTr="00867E3D">
        <w:trPr>
          <w:jc w:val="center"/>
        </w:trPr>
        <w:tc>
          <w:tcPr>
            <w:tcW w:w="5213" w:type="dxa"/>
            <w:shd w:val="clear" w:color="auto" w:fill="E8EEF7"/>
            <w:vAlign w:val="center"/>
          </w:tcPr>
          <w:p w14:paraId="650C3B97" w14:textId="77777777" w:rsidR="00565812" w:rsidRDefault="00000000">
            <w:pPr>
              <w:jc w:val="center"/>
            </w:pPr>
            <w:r>
              <w:rPr>
                <w:b/>
                <w:sz w:val="20"/>
              </w:rPr>
              <w:t>TIME</w:t>
            </w:r>
          </w:p>
        </w:tc>
        <w:tc>
          <w:tcPr>
            <w:tcW w:w="4655" w:type="dxa"/>
            <w:shd w:val="clear" w:color="auto" w:fill="E8EEF7"/>
            <w:vAlign w:val="center"/>
          </w:tcPr>
          <w:p w14:paraId="2157038C" w14:textId="77777777" w:rsidR="00565812" w:rsidRDefault="00000000">
            <w:pPr>
              <w:jc w:val="center"/>
            </w:pPr>
            <w:r>
              <w:rPr>
                <w:b/>
                <w:sz w:val="20"/>
              </w:rPr>
              <w:t>PROGRAMME</w:t>
            </w:r>
          </w:p>
        </w:tc>
      </w:tr>
      <w:tr w:rsidR="00565812" w14:paraId="7E51F551" w14:textId="77777777" w:rsidTr="00867E3D">
        <w:trPr>
          <w:jc w:val="center"/>
        </w:trPr>
        <w:tc>
          <w:tcPr>
            <w:tcW w:w="5213" w:type="dxa"/>
            <w:vAlign w:val="center"/>
          </w:tcPr>
          <w:p w14:paraId="204D27EA" w14:textId="77777777" w:rsidR="00565812" w:rsidRDefault="00000000">
            <w:pPr>
              <w:jc w:val="center"/>
            </w:pPr>
            <w:r>
              <w:rPr>
                <w:sz w:val="19"/>
              </w:rPr>
              <w:t>6:30 – 7:30</w:t>
            </w:r>
          </w:p>
        </w:tc>
        <w:tc>
          <w:tcPr>
            <w:tcW w:w="4655" w:type="dxa"/>
            <w:vAlign w:val="center"/>
          </w:tcPr>
          <w:p w14:paraId="4B00F208" w14:textId="77777777" w:rsidR="00565812" w:rsidRDefault="00000000">
            <w:r>
              <w:rPr>
                <w:sz w:val="20"/>
              </w:rPr>
              <w:t>Yoga</w:t>
            </w:r>
          </w:p>
        </w:tc>
      </w:tr>
      <w:tr w:rsidR="00565812" w14:paraId="6B523159" w14:textId="77777777" w:rsidTr="00867E3D">
        <w:trPr>
          <w:jc w:val="center"/>
        </w:trPr>
        <w:tc>
          <w:tcPr>
            <w:tcW w:w="5213" w:type="dxa"/>
            <w:vAlign w:val="center"/>
          </w:tcPr>
          <w:p w14:paraId="293D3184" w14:textId="77777777" w:rsidR="00565812" w:rsidRDefault="00000000">
            <w:pPr>
              <w:jc w:val="center"/>
            </w:pPr>
            <w:r>
              <w:rPr>
                <w:sz w:val="19"/>
              </w:rPr>
              <w:t>8:00 – 9:00</w:t>
            </w:r>
          </w:p>
        </w:tc>
        <w:tc>
          <w:tcPr>
            <w:tcW w:w="4655" w:type="dxa"/>
            <w:vAlign w:val="center"/>
          </w:tcPr>
          <w:p w14:paraId="2BA16FFE" w14:textId="77777777" w:rsidR="00565812" w:rsidRDefault="00000000">
            <w:r>
              <w:rPr>
                <w:sz w:val="20"/>
              </w:rPr>
              <w:t>Breakfast &amp; Interaction</w:t>
            </w:r>
          </w:p>
        </w:tc>
      </w:tr>
      <w:tr w:rsidR="00565812" w14:paraId="63A3C533" w14:textId="77777777" w:rsidTr="00867E3D">
        <w:trPr>
          <w:jc w:val="center"/>
        </w:trPr>
        <w:tc>
          <w:tcPr>
            <w:tcW w:w="5213" w:type="dxa"/>
            <w:vAlign w:val="center"/>
          </w:tcPr>
          <w:p w14:paraId="4B3C0783" w14:textId="2A43E5DD" w:rsidR="00565812" w:rsidRDefault="00000000">
            <w:pPr>
              <w:jc w:val="center"/>
            </w:pPr>
            <w:r>
              <w:rPr>
                <w:sz w:val="19"/>
              </w:rPr>
              <w:t>9:30 – 1</w:t>
            </w:r>
            <w:r w:rsidR="00867E3D">
              <w:rPr>
                <w:sz w:val="19"/>
              </w:rPr>
              <w:t>0</w:t>
            </w:r>
            <w:r>
              <w:rPr>
                <w:sz w:val="19"/>
              </w:rPr>
              <w:t>:</w:t>
            </w:r>
            <w:r w:rsidR="00CB3031">
              <w:rPr>
                <w:sz w:val="19"/>
              </w:rPr>
              <w:t>45</w:t>
            </w:r>
          </w:p>
        </w:tc>
        <w:tc>
          <w:tcPr>
            <w:tcW w:w="4655" w:type="dxa"/>
            <w:vAlign w:val="center"/>
          </w:tcPr>
          <w:p w14:paraId="58F900E2" w14:textId="77777777" w:rsidR="00565812" w:rsidRDefault="00000000">
            <w:r>
              <w:rPr>
                <w:sz w:val="20"/>
              </w:rPr>
              <w:t>Panel Discussion</w:t>
            </w:r>
          </w:p>
        </w:tc>
      </w:tr>
      <w:tr w:rsidR="00565812" w14:paraId="5F7A8F32" w14:textId="77777777" w:rsidTr="00867E3D">
        <w:trPr>
          <w:jc w:val="center"/>
        </w:trPr>
        <w:tc>
          <w:tcPr>
            <w:tcW w:w="5213" w:type="dxa"/>
            <w:vAlign w:val="center"/>
          </w:tcPr>
          <w:p w14:paraId="1CD13356" w14:textId="77777777" w:rsidR="00565812" w:rsidRDefault="00000000">
            <w:pPr>
              <w:jc w:val="center"/>
            </w:pPr>
            <w:r>
              <w:rPr>
                <w:sz w:val="19"/>
              </w:rPr>
              <w:t>11:00 – 11:30</w:t>
            </w:r>
          </w:p>
        </w:tc>
        <w:tc>
          <w:tcPr>
            <w:tcW w:w="4655" w:type="dxa"/>
            <w:vAlign w:val="center"/>
          </w:tcPr>
          <w:p w14:paraId="20AB1CBF" w14:textId="77777777" w:rsidR="00565812" w:rsidRDefault="00000000">
            <w:r>
              <w:rPr>
                <w:sz w:val="20"/>
              </w:rPr>
              <w:t>Reception of Guests</w:t>
            </w:r>
            <w:r>
              <w:rPr>
                <w:sz w:val="20"/>
              </w:rPr>
              <w:br/>
              <w:t>Opening of Exhibition</w:t>
            </w:r>
          </w:p>
        </w:tc>
      </w:tr>
      <w:tr w:rsidR="00565812" w14:paraId="21D1AA32" w14:textId="77777777" w:rsidTr="00867E3D">
        <w:trPr>
          <w:jc w:val="center"/>
        </w:trPr>
        <w:tc>
          <w:tcPr>
            <w:tcW w:w="5213" w:type="dxa"/>
            <w:shd w:val="clear" w:color="auto" w:fill="EEF5E9"/>
            <w:vAlign w:val="center"/>
          </w:tcPr>
          <w:p w14:paraId="7BD459C3" w14:textId="77777777" w:rsidR="00565812" w:rsidRDefault="00000000">
            <w:pPr>
              <w:jc w:val="center"/>
            </w:pPr>
            <w:r>
              <w:rPr>
                <w:sz w:val="19"/>
              </w:rPr>
              <w:t>11:30 – 13:30</w:t>
            </w:r>
          </w:p>
        </w:tc>
        <w:tc>
          <w:tcPr>
            <w:tcW w:w="4655" w:type="dxa"/>
            <w:shd w:val="clear" w:color="auto" w:fill="EEF5E9"/>
            <w:vAlign w:val="center"/>
          </w:tcPr>
          <w:p w14:paraId="1C847D8F" w14:textId="77777777" w:rsidR="00565812" w:rsidRDefault="00000000">
            <w:r>
              <w:rPr>
                <w:b/>
                <w:sz w:val="20"/>
              </w:rPr>
              <w:t>INAUGURAL SESSION</w:t>
            </w:r>
          </w:p>
        </w:tc>
      </w:tr>
      <w:tr w:rsidR="00565812" w14:paraId="5DA5EDB3" w14:textId="77777777" w:rsidTr="00867E3D">
        <w:trPr>
          <w:jc w:val="center"/>
        </w:trPr>
        <w:tc>
          <w:tcPr>
            <w:tcW w:w="5213" w:type="dxa"/>
            <w:vAlign w:val="center"/>
          </w:tcPr>
          <w:p w14:paraId="037B1270" w14:textId="77777777" w:rsidR="00565812" w:rsidRDefault="00000000">
            <w:pPr>
              <w:jc w:val="center"/>
            </w:pPr>
            <w:r>
              <w:rPr>
                <w:sz w:val="19"/>
              </w:rPr>
              <w:t>13:30 – 14:30</w:t>
            </w:r>
          </w:p>
        </w:tc>
        <w:tc>
          <w:tcPr>
            <w:tcW w:w="4655" w:type="dxa"/>
            <w:vAlign w:val="center"/>
          </w:tcPr>
          <w:p w14:paraId="237F1719" w14:textId="77777777" w:rsidR="00565812" w:rsidRDefault="00000000">
            <w:r>
              <w:rPr>
                <w:sz w:val="20"/>
              </w:rPr>
              <w:t>Lunch</w:t>
            </w:r>
          </w:p>
        </w:tc>
      </w:tr>
      <w:tr w:rsidR="00565812" w14:paraId="5AC15E61" w14:textId="77777777" w:rsidTr="00867E3D">
        <w:trPr>
          <w:jc w:val="center"/>
        </w:trPr>
        <w:tc>
          <w:tcPr>
            <w:tcW w:w="5213" w:type="dxa"/>
            <w:shd w:val="clear" w:color="auto" w:fill="FFF1DF"/>
            <w:vAlign w:val="center"/>
          </w:tcPr>
          <w:p w14:paraId="419CE124" w14:textId="74F7E4B2" w:rsidR="00565812" w:rsidRDefault="00000000">
            <w:pPr>
              <w:jc w:val="center"/>
            </w:pPr>
            <w:r>
              <w:rPr>
                <w:sz w:val="19"/>
              </w:rPr>
              <w:t>14:</w:t>
            </w:r>
            <w:r w:rsidR="00CB3031">
              <w:rPr>
                <w:sz w:val="19"/>
              </w:rPr>
              <w:t>3</w:t>
            </w:r>
            <w:r>
              <w:rPr>
                <w:sz w:val="19"/>
              </w:rPr>
              <w:t>0 – 17:30</w:t>
            </w:r>
          </w:p>
        </w:tc>
        <w:tc>
          <w:tcPr>
            <w:tcW w:w="4655" w:type="dxa"/>
            <w:shd w:val="clear" w:color="auto" w:fill="FFF1DF"/>
            <w:vAlign w:val="center"/>
          </w:tcPr>
          <w:p w14:paraId="3A75F83F" w14:textId="77777777" w:rsidR="00565812" w:rsidRDefault="00000000">
            <w:r>
              <w:rPr>
                <w:b/>
                <w:sz w:val="20"/>
              </w:rPr>
              <w:t>PARALLEL SESSIONS</w:t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  <w:t>Conclaves</w:t>
            </w:r>
            <w:r>
              <w:rPr>
                <w:b/>
                <w:sz w:val="20"/>
              </w:rPr>
              <w:br/>
              <w:t>• Vice Chancellors &amp; Directors’ Conclave</w:t>
            </w:r>
            <w:r>
              <w:rPr>
                <w:b/>
                <w:sz w:val="20"/>
              </w:rPr>
              <w:br/>
              <w:t>• Scientists &amp; Research Scholars’ Conclave</w:t>
            </w:r>
            <w:r>
              <w:rPr>
                <w:b/>
                <w:sz w:val="20"/>
              </w:rPr>
              <w:br/>
              <w:t>• Startups Leaders &amp; Entrepreneurs’ Conclave</w:t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  <w:t>Paper Presentations</w:t>
            </w:r>
          </w:p>
        </w:tc>
      </w:tr>
      <w:tr w:rsidR="00565812" w14:paraId="09194D7A" w14:textId="77777777" w:rsidTr="00867E3D">
        <w:trPr>
          <w:jc w:val="center"/>
        </w:trPr>
        <w:tc>
          <w:tcPr>
            <w:tcW w:w="5213" w:type="dxa"/>
            <w:vAlign w:val="center"/>
          </w:tcPr>
          <w:p w14:paraId="474E92BE" w14:textId="77777777" w:rsidR="00565812" w:rsidRDefault="00000000">
            <w:pPr>
              <w:jc w:val="center"/>
            </w:pPr>
            <w:r>
              <w:rPr>
                <w:sz w:val="19"/>
              </w:rPr>
              <w:t>17:30 – 18:30</w:t>
            </w:r>
          </w:p>
        </w:tc>
        <w:tc>
          <w:tcPr>
            <w:tcW w:w="4655" w:type="dxa"/>
            <w:vAlign w:val="center"/>
          </w:tcPr>
          <w:p w14:paraId="2C606542" w14:textId="77777777" w:rsidR="00565812" w:rsidRDefault="00000000">
            <w:r>
              <w:rPr>
                <w:sz w:val="20"/>
              </w:rPr>
              <w:t>High Tea &amp; Exhibition Visit</w:t>
            </w:r>
          </w:p>
        </w:tc>
      </w:tr>
      <w:tr w:rsidR="00565812" w14:paraId="48DB4373" w14:textId="77777777" w:rsidTr="00867E3D">
        <w:trPr>
          <w:jc w:val="center"/>
        </w:trPr>
        <w:tc>
          <w:tcPr>
            <w:tcW w:w="5213" w:type="dxa"/>
            <w:vAlign w:val="center"/>
          </w:tcPr>
          <w:p w14:paraId="2ABDF326" w14:textId="77777777" w:rsidR="00565812" w:rsidRDefault="00000000">
            <w:pPr>
              <w:jc w:val="center"/>
            </w:pPr>
            <w:r>
              <w:rPr>
                <w:sz w:val="19"/>
              </w:rPr>
              <w:t>18:30 – 20:30</w:t>
            </w:r>
          </w:p>
        </w:tc>
        <w:tc>
          <w:tcPr>
            <w:tcW w:w="4655" w:type="dxa"/>
            <w:vAlign w:val="center"/>
          </w:tcPr>
          <w:p w14:paraId="5425CAA0" w14:textId="77777777" w:rsidR="00565812" w:rsidRDefault="00000000">
            <w:r>
              <w:rPr>
                <w:sz w:val="20"/>
              </w:rPr>
              <w:t>Cultural Event</w:t>
            </w:r>
          </w:p>
        </w:tc>
      </w:tr>
      <w:tr w:rsidR="00565812" w14:paraId="64DBA5EC" w14:textId="77777777" w:rsidTr="00867E3D">
        <w:trPr>
          <w:jc w:val="center"/>
        </w:trPr>
        <w:tc>
          <w:tcPr>
            <w:tcW w:w="5213" w:type="dxa"/>
            <w:vAlign w:val="center"/>
          </w:tcPr>
          <w:p w14:paraId="1EB77F20" w14:textId="77777777" w:rsidR="00565812" w:rsidRDefault="00000000">
            <w:pPr>
              <w:jc w:val="center"/>
            </w:pPr>
            <w:r>
              <w:rPr>
                <w:sz w:val="19"/>
              </w:rPr>
              <w:t>20:30 – 21:30</w:t>
            </w:r>
          </w:p>
        </w:tc>
        <w:tc>
          <w:tcPr>
            <w:tcW w:w="4655" w:type="dxa"/>
            <w:vAlign w:val="center"/>
          </w:tcPr>
          <w:p w14:paraId="0094BB22" w14:textId="77777777" w:rsidR="00565812" w:rsidRDefault="00000000">
            <w:r>
              <w:rPr>
                <w:sz w:val="20"/>
              </w:rPr>
              <w:t>Dinner</w:t>
            </w:r>
          </w:p>
        </w:tc>
      </w:tr>
      <w:tr w:rsidR="00565812" w14:paraId="4EB5E562" w14:textId="77777777" w:rsidTr="00867E3D">
        <w:trPr>
          <w:jc w:val="center"/>
        </w:trPr>
        <w:tc>
          <w:tcPr>
            <w:tcW w:w="5213" w:type="dxa"/>
            <w:vAlign w:val="center"/>
          </w:tcPr>
          <w:p w14:paraId="59792CC5" w14:textId="77777777" w:rsidR="00565812" w:rsidRDefault="00000000">
            <w:pPr>
              <w:jc w:val="center"/>
            </w:pPr>
            <w:r>
              <w:rPr>
                <w:sz w:val="19"/>
              </w:rPr>
              <w:t>21:30 – 22:30</w:t>
            </w:r>
          </w:p>
        </w:tc>
        <w:tc>
          <w:tcPr>
            <w:tcW w:w="4655" w:type="dxa"/>
            <w:vAlign w:val="center"/>
          </w:tcPr>
          <w:p w14:paraId="18B7654C" w14:textId="77777777" w:rsidR="00565812" w:rsidRDefault="00000000">
            <w:r>
              <w:rPr>
                <w:sz w:val="20"/>
              </w:rPr>
              <w:t>Core Group Meeting</w:t>
            </w:r>
          </w:p>
        </w:tc>
      </w:tr>
    </w:tbl>
    <w:p w14:paraId="332DB319" w14:textId="77777777" w:rsidR="00565812" w:rsidRDefault="00565812"/>
    <w:p w14:paraId="7B3C9F65" w14:textId="77777777" w:rsidR="00565812" w:rsidRDefault="00000000">
      <w:r>
        <w:br w:type="page"/>
      </w:r>
    </w:p>
    <w:p w14:paraId="5FBBD34F" w14:textId="77777777" w:rsidR="00565812" w:rsidRDefault="00000000">
      <w:pPr>
        <w:pStyle w:val="DayHead"/>
      </w:pPr>
      <w:r>
        <w:lastRenderedPageBreak/>
        <w:t>DAY 2</w:t>
      </w:r>
    </w:p>
    <w:p w14:paraId="43A67403" w14:textId="77777777" w:rsidR="00565812" w:rsidRDefault="00000000">
      <w:pPr>
        <w:jc w:val="center"/>
      </w:pPr>
      <w:r>
        <w:rPr>
          <w:b/>
          <w:sz w:val="24"/>
        </w:rPr>
        <w:t>October 10, 2026</w:t>
      </w:r>
    </w:p>
    <w:p w14:paraId="63BD69A9" w14:textId="77777777" w:rsidR="00565812" w:rsidRDefault="00000000">
      <w:pPr>
        <w:pStyle w:val="Theme"/>
      </w:pPr>
      <w:r>
        <w:t>Day Theme: विज्ञानमय भारत – विकसित भारत</w:t>
      </w:r>
    </w:p>
    <w:tbl>
      <w:tblPr>
        <w:tblStyle w:val="TableGrid"/>
        <w:tblW w:w="9868" w:type="dxa"/>
        <w:jc w:val="center"/>
        <w:tblLayout w:type="fixed"/>
        <w:tblLook w:val="04A0" w:firstRow="1" w:lastRow="0" w:firstColumn="1" w:lastColumn="0" w:noHBand="0" w:noVBand="1"/>
      </w:tblPr>
      <w:tblGrid>
        <w:gridCol w:w="5213"/>
        <w:gridCol w:w="4655"/>
      </w:tblGrid>
      <w:tr w:rsidR="00565812" w14:paraId="4559FC95" w14:textId="77777777" w:rsidTr="00CB3031">
        <w:trPr>
          <w:jc w:val="center"/>
        </w:trPr>
        <w:tc>
          <w:tcPr>
            <w:tcW w:w="5213" w:type="dxa"/>
            <w:shd w:val="clear" w:color="auto" w:fill="E8EEF7"/>
            <w:vAlign w:val="center"/>
          </w:tcPr>
          <w:p w14:paraId="748B58AD" w14:textId="77777777" w:rsidR="00565812" w:rsidRDefault="00000000">
            <w:pPr>
              <w:jc w:val="center"/>
            </w:pPr>
            <w:r>
              <w:rPr>
                <w:b/>
                <w:sz w:val="20"/>
              </w:rPr>
              <w:t>TIME</w:t>
            </w:r>
          </w:p>
        </w:tc>
        <w:tc>
          <w:tcPr>
            <w:tcW w:w="4655" w:type="dxa"/>
            <w:shd w:val="clear" w:color="auto" w:fill="E8EEF7"/>
            <w:vAlign w:val="center"/>
          </w:tcPr>
          <w:p w14:paraId="20D5CE59" w14:textId="77777777" w:rsidR="00565812" w:rsidRDefault="00000000">
            <w:pPr>
              <w:jc w:val="center"/>
            </w:pPr>
            <w:r>
              <w:rPr>
                <w:b/>
                <w:sz w:val="20"/>
              </w:rPr>
              <w:t>PROGRAMME</w:t>
            </w:r>
          </w:p>
        </w:tc>
      </w:tr>
      <w:tr w:rsidR="00565812" w14:paraId="05DDA082" w14:textId="77777777" w:rsidTr="00CB3031">
        <w:trPr>
          <w:jc w:val="center"/>
        </w:trPr>
        <w:tc>
          <w:tcPr>
            <w:tcW w:w="5213" w:type="dxa"/>
            <w:vAlign w:val="center"/>
          </w:tcPr>
          <w:p w14:paraId="283BA836" w14:textId="77777777" w:rsidR="00565812" w:rsidRDefault="00000000">
            <w:pPr>
              <w:jc w:val="center"/>
            </w:pPr>
            <w:r>
              <w:rPr>
                <w:sz w:val="19"/>
              </w:rPr>
              <w:t>6:30 – 7:30</w:t>
            </w:r>
          </w:p>
        </w:tc>
        <w:tc>
          <w:tcPr>
            <w:tcW w:w="4655" w:type="dxa"/>
            <w:vAlign w:val="center"/>
          </w:tcPr>
          <w:p w14:paraId="13B0EF6B" w14:textId="77777777" w:rsidR="00565812" w:rsidRDefault="00000000">
            <w:r>
              <w:rPr>
                <w:sz w:val="20"/>
              </w:rPr>
              <w:t>Yoga</w:t>
            </w:r>
          </w:p>
        </w:tc>
      </w:tr>
      <w:tr w:rsidR="00565812" w14:paraId="511D4EC5" w14:textId="77777777" w:rsidTr="00CB3031">
        <w:trPr>
          <w:jc w:val="center"/>
        </w:trPr>
        <w:tc>
          <w:tcPr>
            <w:tcW w:w="5213" w:type="dxa"/>
            <w:vAlign w:val="center"/>
          </w:tcPr>
          <w:p w14:paraId="22635D64" w14:textId="77777777" w:rsidR="00565812" w:rsidRDefault="00000000">
            <w:pPr>
              <w:jc w:val="center"/>
            </w:pPr>
            <w:r>
              <w:rPr>
                <w:sz w:val="19"/>
              </w:rPr>
              <w:t>8:00 – 9:00</w:t>
            </w:r>
          </w:p>
        </w:tc>
        <w:tc>
          <w:tcPr>
            <w:tcW w:w="4655" w:type="dxa"/>
            <w:vAlign w:val="center"/>
          </w:tcPr>
          <w:p w14:paraId="590287B7" w14:textId="77777777" w:rsidR="00565812" w:rsidRDefault="00000000">
            <w:r>
              <w:rPr>
                <w:sz w:val="20"/>
              </w:rPr>
              <w:t>Breakfast &amp; Interaction</w:t>
            </w:r>
          </w:p>
        </w:tc>
      </w:tr>
      <w:tr w:rsidR="00565812" w14:paraId="41BB3B62" w14:textId="77777777" w:rsidTr="00CB3031">
        <w:trPr>
          <w:jc w:val="center"/>
        </w:trPr>
        <w:tc>
          <w:tcPr>
            <w:tcW w:w="5213" w:type="dxa"/>
            <w:vAlign w:val="center"/>
          </w:tcPr>
          <w:p w14:paraId="6C63CCDB" w14:textId="5DC39EA9" w:rsidR="00565812" w:rsidRDefault="00000000">
            <w:pPr>
              <w:jc w:val="center"/>
            </w:pPr>
            <w:r>
              <w:rPr>
                <w:sz w:val="19"/>
              </w:rPr>
              <w:t>9:30 – 1</w:t>
            </w:r>
            <w:r w:rsidR="00CB3031">
              <w:rPr>
                <w:sz w:val="19"/>
              </w:rPr>
              <w:t>0</w:t>
            </w:r>
            <w:r>
              <w:rPr>
                <w:sz w:val="19"/>
              </w:rPr>
              <w:t>:</w:t>
            </w:r>
            <w:r w:rsidR="00CB3031">
              <w:rPr>
                <w:sz w:val="19"/>
              </w:rPr>
              <w:t>45</w:t>
            </w:r>
          </w:p>
        </w:tc>
        <w:tc>
          <w:tcPr>
            <w:tcW w:w="4655" w:type="dxa"/>
            <w:vAlign w:val="center"/>
          </w:tcPr>
          <w:p w14:paraId="4BB6DFF9" w14:textId="77777777" w:rsidR="00565812" w:rsidRDefault="00000000">
            <w:r>
              <w:rPr>
                <w:sz w:val="20"/>
              </w:rPr>
              <w:t>Panel Discussion</w:t>
            </w:r>
          </w:p>
        </w:tc>
      </w:tr>
      <w:tr w:rsidR="00565812" w14:paraId="2BE76435" w14:textId="77777777" w:rsidTr="00CB3031">
        <w:trPr>
          <w:jc w:val="center"/>
        </w:trPr>
        <w:tc>
          <w:tcPr>
            <w:tcW w:w="5213" w:type="dxa"/>
            <w:vAlign w:val="center"/>
          </w:tcPr>
          <w:p w14:paraId="46E1F5F8" w14:textId="77777777" w:rsidR="00565812" w:rsidRDefault="00000000">
            <w:pPr>
              <w:jc w:val="center"/>
            </w:pPr>
            <w:r>
              <w:rPr>
                <w:sz w:val="19"/>
              </w:rPr>
              <w:t>11:00 – 11:30</w:t>
            </w:r>
          </w:p>
        </w:tc>
        <w:tc>
          <w:tcPr>
            <w:tcW w:w="4655" w:type="dxa"/>
            <w:vAlign w:val="center"/>
          </w:tcPr>
          <w:p w14:paraId="65A5FCFD" w14:textId="77777777" w:rsidR="00565812" w:rsidRDefault="00000000">
            <w:r>
              <w:rPr>
                <w:sz w:val="20"/>
              </w:rPr>
              <w:t>Reception of Guests</w:t>
            </w:r>
            <w:r>
              <w:rPr>
                <w:sz w:val="20"/>
              </w:rPr>
              <w:br/>
              <w:t>Visiting of Exhibition</w:t>
            </w:r>
          </w:p>
        </w:tc>
      </w:tr>
      <w:tr w:rsidR="00565812" w14:paraId="27A151B5" w14:textId="77777777" w:rsidTr="00CB3031">
        <w:trPr>
          <w:jc w:val="center"/>
        </w:trPr>
        <w:tc>
          <w:tcPr>
            <w:tcW w:w="5213" w:type="dxa"/>
            <w:shd w:val="clear" w:color="auto" w:fill="EEF5E9"/>
            <w:vAlign w:val="center"/>
          </w:tcPr>
          <w:p w14:paraId="66FC071D" w14:textId="77777777" w:rsidR="00565812" w:rsidRDefault="00000000">
            <w:pPr>
              <w:jc w:val="center"/>
            </w:pPr>
            <w:r>
              <w:rPr>
                <w:sz w:val="19"/>
              </w:rPr>
              <w:t>11:30 – 13:30</w:t>
            </w:r>
          </w:p>
        </w:tc>
        <w:tc>
          <w:tcPr>
            <w:tcW w:w="4655" w:type="dxa"/>
            <w:shd w:val="clear" w:color="auto" w:fill="EEF5E9"/>
            <w:vAlign w:val="center"/>
          </w:tcPr>
          <w:p w14:paraId="6DA9D6C6" w14:textId="77777777" w:rsidR="00565812" w:rsidRDefault="00000000">
            <w:r>
              <w:rPr>
                <w:b/>
                <w:sz w:val="20"/>
              </w:rPr>
              <w:t>DISCOURSE SESSION</w:t>
            </w:r>
          </w:p>
        </w:tc>
      </w:tr>
      <w:tr w:rsidR="00565812" w14:paraId="045D260F" w14:textId="77777777" w:rsidTr="00CB3031">
        <w:trPr>
          <w:jc w:val="center"/>
        </w:trPr>
        <w:tc>
          <w:tcPr>
            <w:tcW w:w="5213" w:type="dxa"/>
            <w:vAlign w:val="center"/>
          </w:tcPr>
          <w:p w14:paraId="72C85641" w14:textId="77777777" w:rsidR="00565812" w:rsidRDefault="00000000">
            <w:pPr>
              <w:jc w:val="center"/>
            </w:pPr>
            <w:r>
              <w:rPr>
                <w:sz w:val="19"/>
              </w:rPr>
              <w:t>13:30 – 14:30</w:t>
            </w:r>
          </w:p>
        </w:tc>
        <w:tc>
          <w:tcPr>
            <w:tcW w:w="4655" w:type="dxa"/>
            <w:vAlign w:val="center"/>
          </w:tcPr>
          <w:p w14:paraId="0AA20316" w14:textId="77777777" w:rsidR="00565812" w:rsidRDefault="00000000">
            <w:r>
              <w:rPr>
                <w:sz w:val="20"/>
              </w:rPr>
              <w:t>Lunch</w:t>
            </w:r>
          </w:p>
        </w:tc>
      </w:tr>
      <w:tr w:rsidR="00565812" w14:paraId="7875961E" w14:textId="77777777" w:rsidTr="00CB3031">
        <w:trPr>
          <w:jc w:val="center"/>
        </w:trPr>
        <w:tc>
          <w:tcPr>
            <w:tcW w:w="5213" w:type="dxa"/>
            <w:shd w:val="clear" w:color="auto" w:fill="FFF1DF"/>
            <w:vAlign w:val="center"/>
          </w:tcPr>
          <w:p w14:paraId="0489B05F" w14:textId="6C4C4C24" w:rsidR="00565812" w:rsidRDefault="00000000">
            <w:pPr>
              <w:jc w:val="center"/>
            </w:pPr>
            <w:r>
              <w:rPr>
                <w:sz w:val="19"/>
              </w:rPr>
              <w:t>14:</w:t>
            </w:r>
            <w:r w:rsidR="00CB3031">
              <w:rPr>
                <w:sz w:val="19"/>
              </w:rPr>
              <w:t>3</w:t>
            </w:r>
            <w:r>
              <w:rPr>
                <w:sz w:val="19"/>
              </w:rPr>
              <w:t>0 – 17:30</w:t>
            </w:r>
          </w:p>
        </w:tc>
        <w:tc>
          <w:tcPr>
            <w:tcW w:w="4655" w:type="dxa"/>
            <w:shd w:val="clear" w:color="auto" w:fill="FFF1DF"/>
            <w:vAlign w:val="center"/>
          </w:tcPr>
          <w:p w14:paraId="313FD25A" w14:textId="7F0CECB6" w:rsidR="00565812" w:rsidRDefault="00000000">
            <w:r>
              <w:rPr>
                <w:b/>
                <w:sz w:val="20"/>
              </w:rPr>
              <w:t>PARALLEL SESSIONS</w:t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  <w:t>Conclaves</w:t>
            </w:r>
            <w:r>
              <w:rPr>
                <w:b/>
                <w:sz w:val="20"/>
              </w:rPr>
              <w:br/>
              <w:t>• Media Conclave</w:t>
            </w:r>
            <w:r>
              <w:rPr>
                <w:b/>
                <w:sz w:val="20"/>
              </w:rPr>
              <w:br/>
              <w:t>• CSR &amp; NGO Conclave</w:t>
            </w:r>
            <w:r>
              <w:rPr>
                <w:b/>
                <w:sz w:val="20"/>
              </w:rPr>
              <w:br/>
              <w:t>• Talented Students Conclave</w:t>
            </w:r>
            <w:r>
              <w:rPr>
                <w:b/>
                <w:sz w:val="20"/>
              </w:rPr>
              <w:br/>
              <w:t xml:space="preserve">  Session 1: 14:</w:t>
            </w:r>
            <w:r w:rsidR="00CB3031">
              <w:rPr>
                <w:b/>
                <w:sz w:val="20"/>
              </w:rPr>
              <w:t>3</w:t>
            </w:r>
            <w:r>
              <w:rPr>
                <w:b/>
                <w:sz w:val="20"/>
              </w:rPr>
              <w:t>0 – 1</w:t>
            </w:r>
            <w:r w:rsidR="00CB3031">
              <w:rPr>
                <w:b/>
                <w:sz w:val="20"/>
              </w:rPr>
              <w:t>6</w:t>
            </w:r>
            <w:r>
              <w:rPr>
                <w:b/>
                <w:sz w:val="20"/>
              </w:rPr>
              <w:t>:</w:t>
            </w:r>
            <w:r w:rsidR="00CB3031">
              <w:rPr>
                <w:b/>
                <w:sz w:val="20"/>
              </w:rPr>
              <w:t>00</w:t>
            </w:r>
            <w:r>
              <w:rPr>
                <w:b/>
                <w:sz w:val="20"/>
              </w:rPr>
              <w:t xml:space="preserve"> PM</w:t>
            </w:r>
            <w:r>
              <w:rPr>
                <w:b/>
                <w:sz w:val="20"/>
              </w:rPr>
              <w:br/>
              <w:t xml:space="preserve">  Session 2: 1</w:t>
            </w:r>
            <w:r w:rsidR="00CB3031">
              <w:rPr>
                <w:b/>
                <w:sz w:val="20"/>
              </w:rPr>
              <w:t>6</w:t>
            </w:r>
            <w:r>
              <w:rPr>
                <w:b/>
                <w:sz w:val="20"/>
              </w:rPr>
              <w:t>:</w:t>
            </w:r>
            <w:r w:rsidR="00CB3031">
              <w:rPr>
                <w:b/>
                <w:sz w:val="20"/>
              </w:rPr>
              <w:t>15</w:t>
            </w:r>
            <w:r>
              <w:rPr>
                <w:b/>
                <w:sz w:val="20"/>
              </w:rPr>
              <w:t xml:space="preserve"> – 17:</w:t>
            </w:r>
            <w:r w:rsidR="00CB3031">
              <w:rPr>
                <w:b/>
                <w:sz w:val="20"/>
              </w:rPr>
              <w:t>3</w:t>
            </w:r>
            <w:r>
              <w:rPr>
                <w:b/>
                <w:sz w:val="20"/>
              </w:rPr>
              <w:t>0 PM</w:t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  <w:t>• Principal's &amp; Outstanding Teacher's Conclave</w:t>
            </w:r>
            <w:r>
              <w:rPr>
                <w:b/>
                <w:sz w:val="20"/>
              </w:rPr>
              <w:br/>
              <w:t xml:space="preserve">  </w:t>
            </w:r>
            <w:r w:rsidR="00CB3031">
              <w:rPr>
                <w:b/>
                <w:sz w:val="20"/>
              </w:rPr>
              <w:t>Session 1: 14:30 – 16:00 PM</w:t>
            </w:r>
            <w:r w:rsidR="00CB3031">
              <w:rPr>
                <w:b/>
                <w:sz w:val="20"/>
              </w:rPr>
              <w:br/>
              <w:t xml:space="preserve">  Session 2: 16:15 – 17:30 PM</w:t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  <w:t>Paper Presentations</w:t>
            </w:r>
            <w:r>
              <w:rPr>
                <w:b/>
                <w:sz w:val="20"/>
              </w:rPr>
              <w:br/>
              <w:t>Student Projects</w:t>
            </w:r>
            <w:r>
              <w:rPr>
                <w:b/>
                <w:sz w:val="20"/>
              </w:rPr>
              <w:br/>
              <w:t>Shodhankur</w:t>
            </w:r>
          </w:p>
        </w:tc>
      </w:tr>
      <w:tr w:rsidR="00565812" w14:paraId="0862B9F7" w14:textId="77777777" w:rsidTr="00CB3031">
        <w:trPr>
          <w:jc w:val="center"/>
        </w:trPr>
        <w:tc>
          <w:tcPr>
            <w:tcW w:w="5213" w:type="dxa"/>
            <w:vAlign w:val="center"/>
          </w:tcPr>
          <w:p w14:paraId="520CEB6B" w14:textId="77777777" w:rsidR="00565812" w:rsidRDefault="00000000">
            <w:pPr>
              <w:jc w:val="center"/>
            </w:pPr>
            <w:r>
              <w:rPr>
                <w:sz w:val="19"/>
              </w:rPr>
              <w:t>17:30 – 18:30</w:t>
            </w:r>
          </w:p>
        </w:tc>
        <w:tc>
          <w:tcPr>
            <w:tcW w:w="4655" w:type="dxa"/>
            <w:vAlign w:val="center"/>
          </w:tcPr>
          <w:p w14:paraId="54B03EB6" w14:textId="77777777" w:rsidR="00565812" w:rsidRDefault="00000000">
            <w:r>
              <w:rPr>
                <w:sz w:val="20"/>
              </w:rPr>
              <w:t>High Tea &amp; Exhibition Visit</w:t>
            </w:r>
          </w:p>
        </w:tc>
      </w:tr>
      <w:tr w:rsidR="00565812" w14:paraId="47488786" w14:textId="77777777" w:rsidTr="00CB3031">
        <w:trPr>
          <w:jc w:val="center"/>
        </w:trPr>
        <w:tc>
          <w:tcPr>
            <w:tcW w:w="5213" w:type="dxa"/>
            <w:vAlign w:val="center"/>
          </w:tcPr>
          <w:p w14:paraId="4E84F725" w14:textId="77777777" w:rsidR="00565812" w:rsidRDefault="00000000">
            <w:pPr>
              <w:jc w:val="center"/>
            </w:pPr>
            <w:r>
              <w:rPr>
                <w:sz w:val="19"/>
              </w:rPr>
              <w:t>18:30 – 20:30</w:t>
            </w:r>
          </w:p>
        </w:tc>
        <w:tc>
          <w:tcPr>
            <w:tcW w:w="4655" w:type="dxa"/>
            <w:vAlign w:val="center"/>
          </w:tcPr>
          <w:p w14:paraId="5E0A2C0B" w14:textId="77777777" w:rsidR="00565812" w:rsidRDefault="00000000">
            <w:r>
              <w:rPr>
                <w:sz w:val="20"/>
              </w:rPr>
              <w:t>Cultural Event</w:t>
            </w:r>
          </w:p>
        </w:tc>
      </w:tr>
      <w:tr w:rsidR="00565812" w14:paraId="7739B669" w14:textId="77777777" w:rsidTr="00CB3031">
        <w:trPr>
          <w:jc w:val="center"/>
        </w:trPr>
        <w:tc>
          <w:tcPr>
            <w:tcW w:w="5213" w:type="dxa"/>
            <w:vAlign w:val="center"/>
          </w:tcPr>
          <w:p w14:paraId="4483FE3D" w14:textId="77777777" w:rsidR="00565812" w:rsidRDefault="00000000">
            <w:pPr>
              <w:jc w:val="center"/>
            </w:pPr>
            <w:r>
              <w:rPr>
                <w:sz w:val="19"/>
              </w:rPr>
              <w:t>20:30 – 21:30</w:t>
            </w:r>
          </w:p>
        </w:tc>
        <w:tc>
          <w:tcPr>
            <w:tcW w:w="4655" w:type="dxa"/>
            <w:vAlign w:val="center"/>
          </w:tcPr>
          <w:p w14:paraId="16BD4CD8" w14:textId="77777777" w:rsidR="00565812" w:rsidRDefault="00000000">
            <w:r>
              <w:rPr>
                <w:sz w:val="20"/>
              </w:rPr>
              <w:t>Dinner</w:t>
            </w:r>
          </w:p>
        </w:tc>
      </w:tr>
      <w:tr w:rsidR="00565812" w14:paraId="655AF82F" w14:textId="77777777" w:rsidTr="00CB3031">
        <w:trPr>
          <w:jc w:val="center"/>
        </w:trPr>
        <w:tc>
          <w:tcPr>
            <w:tcW w:w="5213" w:type="dxa"/>
            <w:vAlign w:val="center"/>
          </w:tcPr>
          <w:p w14:paraId="7C17BFF8" w14:textId="77777777" w:rsidR="00565812" w:rsidRDefault="00000000">
            <w:pPr>
              <w:jc w:val="center"/>
            </w:pPr>
            <w:r>
              <w:rPr>
                <w:sz w:val="19"/>
              </w:rPr>
              <w:t>21:30 – 22:30</w:t>
            </w:r>
          </w:p>
        </w:tc>
        <w:tc>
          <w:tcPr>
            <w:tcW w:w="4655" w:type="dxa"/>
            <w:vAlign w:val="center"/>
          </w:tcPr>
          <w:p w14:paraId="362C879A" w14:textId="77777777" w:rsidR="00565812" w:rsidRDefault="00000000">
            <w:r>
              <w:rPr>
                <w:sz w:val="20"/>
              </w:rPr>
              <w:t>Core Group Meeting</w:t>
            </w:r>
          </w:p>
        </w:tc>
      </w:tr>
    </w:tbl>
    <w:p w14:paraId="6DF009B9" w14:textId="77777777" w:rsidR="00565812" w:rsidRDefault="00565812"/>
    <w:p w14:paraId="2CB1F891" w14:textId="77777777" w:rsidR="00565812" w:rsidRDefault="00000000">
      <w:r>
        <w:br w:type="page"/>
      </w:r>
    </w:p>
    <w:p w14:paraId="42999DFB" w14:textId="77777777" w:rsidR="00565812" w:rsidRDefault="00000000">
      <w:pPr>
        <w:pStyle w:val="DayHead"/>
      </w:pPr>
      <w:r>
        <w:lastRenderedPageBreak/>
        <w:t>DAY 3</w:t>
      </w:r>
    </w:p>
    <w:p w14:paraId="1A4E6EB8" w14:textId="77777777" w:rsidR="00565812" w:rsidRDefault="00000000">
      <w:pPr>
        <w:jc w:val="center"/>
      </w:pPr>
      <w:r>
        <w:rPr>
          <w:b/>
          <w:sz w:val="24"/>
        </w:rPr>
        <w:t>October 11, 2026</w:t>
      </w:r>
    </w:p>
    <w:p w14:paraId="4DFA35BA" w14:textId="77777777" w:rsidR="00565812" w:rsidRDefault="00000000">
      <w:pPr>
        <w:pStyle w:val="Theme"/>
      </w:pPr>
      <w:r>
        <w:t>Day Theme: सुरक्षित भारत – विकसित भारत</w:t>
      </w:r>
    </w:p>
    <w:tbl>
      <w:tblPr>
        <w:tblStyle w:val="TableGrid"/>
        <w:tblW w:w="9159" w:type="dxa"/>
        <w:jc w:val="center"/>
        <w:tblLayout w:type="fixed"/>
        <w:tblLook w:val="04A0" w:firstRow="1" w:lastRow="0" w:firstColumn="1" w:lastColumn="0" w:noHBand="0" w:noVBand="1"/>
      </w:tblPr>
      <w:tblGrid>
        <w:gridCol w:w="5213"/>
        <w:gridCol w:w="3946"/>
      </w:tblGrid>
      <w:tr w:rsidR="00565812" w14:paraId="488AE75C" w14:textId="77777777" w:rsidTr="00CB3031">
        <w:trPr>
          <w:jc w:val="center"/>
        </w:trPr>
        <w:tc>
          <w:tcPr>
            <w:tcW w:w="5213" w:type="dxa"/>
            <w:shd w:val="clear" w:color="auto" w:fill="E8EEF7"/>
            <w:vAlign w:val="center"/>
          </w:tcPr>
          <w:p w14:paraId="12EBF2D8" w14:textId="77777777" w:rsidR="00565812" w:rsidRDefault="00000000">
            <w:pPr>
              <w:jc w:val="center"/>
            </w:pPr>
            <w:r>
              <w:rPr>
                <w:b/>
                <w:sz w:val="20"/>
              </w:rPr>
              <w:t>TIME</w:t>
            </w:r>
          </w:p>
        </w:tc>
        <w:tc>
          <w:tcPr>
            <w:tcW w:w="3946" w:type="dxa"/>
            <w:shd w:val="clear" w:color="auto" w:fill="E8EEF7"/>
            <w:vAlign w:val="center"/>
          </w:tcPr>
          <w:p w14:paraId="00D00CE2" w14:textId="77777777" w:rsidR="00565812" w:rsidRDefault="00000000">
            <w:pPr>
              <w:jc w:val="center"/>
            </w:pPr>
            <w:r>
              <w:rPr>
                <w:b/>
                <w:sz w:val="20"/>
              </w:rPr>
              <w:t>PROGRAMME</w:t>
            </w:r>
          </w:p>
        </w:tc>
      </w:tr>
      <w:tr w:rsidR="00565812" w14:paraId="7B754ADF" w14:textId="77777777" w:rsidTr="00CB3031">
        <w:trPr>
          <w:jc w:val="center"/>
        </w:trPr>
        <w:tc>
          <w:tcPr>
            <w:tcW w:w="5213" w:type="dxa"/>
            <w:vAlign w:val="center"/>
          </w:tcPr>
          <w:p w14:paraId="13DA832D" w14:textId="77777777" w:rsidR="00565812" w:rsidRDefault="00000000">
            <w:pPr>
              <w:jc w:val="center"/>
            </w:pPr>
            <w:r>
              <w:rPr>
                <w:sz w:val="19"/>
              </w:rPr>
              <w:t>6:30 – 7:30</w:t>
            </w:r>
          </w:p>
        </w:tc>
        <w:tc>
          <w:tcPr>
            <w:tcW w:w="3946" w:type="dxa"/>
            <w:vAlign w:val="center"/>
          </w:tcPr>
          <w:p w14:paraId="40E7109E" w14:textId="77777777" w:rsidR="00565812" w:rsidRDefault="00000000">
            <w:r>
              <w:rPr>
                <w:sz w:val="20"/>
              </w:rPr>
              <w:t>Yoga</w:t>
            </w:r>
          </w:p>
        </w:tc>
      </w:tr>
      <w:tr w:rsidR="00565812" w14:paraId="0EB9C636" w14:textId="77777777" w:rsidTr="00CB3031">
        <w:trPr>
          <w:jc w:val="center"/>
        </w:trPr>
        <w:tc>
          <w:tcPr>
            <w:tcW w:w="5213" w:type="dxa"/>
            <w:vAlign w:val="center"/>
          </w:tcPr>
          <w:p w14:paraId="5DC6462B" w14:textId="77777777" w:rsidR="00565812" w:rsidRDefault="00000000">
            <w:pPr>
              <w:jc w:val="center"/>
            </w:pPr>
            <w:r>
              <w:rPr>
                <w:sz w:val="19"/>
              </w:rPr>
              <w:t>8:00 – 9:00</w:t>
            </w:r>
          </w:p>
        </w:tc>
        <w:tc>
          <w:tcPr>
            <w:tcW w:w="3946" w:type="dxa"/>
            <w:vAlign w:val="center"/>
          </w:tcPr>
          <w:p w14:paraId="1A7ED4E3" w14:textId="77777777" w:rsidR="00565812" w:rsidRDefault="00000000">
            <w:r>
              <w:rPr>
                <w:sz w:val="20"/>
              </w:rPr>
              <w:t>Breakfast &amp; Interaction</w:t>
            </w:r>
          </w:p>
        </w:tc>
      </w:tr>
      <w:tr w:rsidR="00565812" w14:paraId="321C1B16" w14:textId="77777777" w:rsidTr="00CB3031">
        <w:trPr>
          <w:jc w:val="center"/>
        </w:trPr>
        <w:tc>
          <w:tcPr>
            <w:tcW w:w="5213" w:type="dxa"/>
            <w:vAlign w:val="center"/>
          </w:tcPr>
          <w:p w14:paraId="07F5AC82" w14:textId="44E23F4B" w:rsidR="00565812" w:rsidRDefault="00000000">
            <w:pPr>
              <w:jc w:val="center"/>
            </w:pPr>
            <w:r>
              <w:rPr>
                <w:sz w:val="19"/>
              </w:rPr>
              <w:t>9:30 – 1</w:t>
            </w:r>
            <w:r w:rsidR="00CB3031">
              <w:rPr>
                <w:sz w:val="19"/>
              </w:rPr>
              <w:t>0</w:t>
            </w:r>
            <w:r>
              <w:rPr>
                <w:sz w:val="19"/>
              </w:rPr>
              <w:t>:</w:t>
            </w:r>
            <w:r w:rsidR="00CB3031">
              <w:rPr>
                <w:sz w:val="19"/>
              </w:rPr>
              <w:t>45</w:t>
            </w:r>
          </w:p>
        </w:tc>
        <w:tc>
          <w:tcPr>
            <w:tcW w:w="3946" w:type="dxa"/>
            <w:vAlign w:val="center"/>
          </w:tcPr>
          <w:p w14:paraId="76E7B51D" w14:textId="77777777" w:rsidR="00565812" w:rsidRDefault="00000000">
            <w:r>
              <w:rPr>
                <w:sz w:val="20"/>
              </w:rPr>
              <w:t>Panel Discussion</w:t>
            </w:r>
          </w:p>
        </w:tc>
      </w:tr>
      <w:tr w:rsidR="00565812" w14:paraId="014071D6" w14:textId="77777777" w:rsidTr="00CB3031">
        <w:trPr>
          <w:jc w:val="center"/>
        </w:trPr>
        <w:tc>
          <w:tcPr>
            <w:tcW w:w="5213" w:type="dxa"/>
            <w:vAlign w:val="center"/>
          </w:tcPr>
          <w:p w14:paraId="7B47F713" w14:textId="77777777" w:rsidR="00565812" w:rsidRDefault="00000000">
            <w:pPr>
              <w:jc w:val="center"/>
            </w:pPr>
            <w:r>
              <w:rPr>
                <w:sz w:val="19"/>
              </w:rPr>
              <w:t>11:00 – 11:30</w:t>
            </w:r>
          </w:p>
        </w:tc>
        <w:tc>
          <w:tcPr>
            <w:tcW w:w="3946" w:type="dxa"/>
            <w:vAlign w:val="center"/>
          </w:tcPr>
          <w:p w14:paraId="12DE9D2D" w14:textId="77777777" w:rsidR="00565812" w:rsidRDefault="00000000">
            <w:r>
              <w:rPr>
                <w:sz w:val="20"/>
              </w:rPr>
              <w:t>Reception of Guests</w:t>
            </w:r>
            <w:r>
              <w:rPr>
                <w:sz w:val="20"/>
              </w:rPr>
              <w:br/>
              <w:t>Visiting of Exhibition</w:t>
            </w:r>
          </w:p>
        </w:tc>
      </w:tr>
      <w:tr w:rsidR="00565812" w14:paraId="5087ECE4" w14:textId="77777777" w:rsidTr="00CB3031">
        <w:trPr>
          <w:jc w:val="center"/>
        </w:trPr>
        <w:tc>
          <w:tcPr>
            <w:tcW w:w="5213" w:type="dxa"/>
            <w:shd w:val="clear" w:color="auto" w:fill="EEF5E9"/>
            <w:vAlign w:val="center"/>
          </w:tcPr>
          <w:p w14:paraId="205BD1D8" w14:textId="77777777" w:rsidR="00565812" w:rsidRDefault="00000000">
            <w:pPr>
              <w:jc w:val="center"/>
            </w:pPr>
            <w:r>
              <w:rPr>
                <w:sz w:val="19"/>
              </w:rPr>
              <w:t>11:30 – 13:30</w:t>
            </w:r>
          </w:p>
        </w:tc>
        <w:tc>
          <w:tcPr>
            <w:tcW w:w="3946" w:type="dxa"/>
            <w:shd w:val="clear" w:color="auto" w:fill="EEF5E9"/>
            <w:vAlign w:val="center"/>
          </w:tcPr>
          <w:p w14:paraId="7D8E20A9" w14:textId="77777777" w:rsidR="00565812" w:rsidRDefault="00000000">
            <w:r>
              <w:rPr>
                <w:b/>
                <w:sz w:val="20"/>
              </w:rPr>
              <w:t>VALIDATORY SESSION</w:t>
            </w:r>
          </w:p>
        </w:tc>
      </w:tr>
      <w:tr w:rsidR="00565812" w14:paraId="6234B062" w14:textId="77777777" w:rsidTr="00CB3031">
        <w:trPr>
          <w:jc w:val="center"/>
        </w:trPr>
        <w:tc>
          <w:tcPr>
            <w:tcW w:w="5213" w:type="dxa"/>
            <w:vAlign w:val="center"/>
          </w:tcPr>
          <w:p w14:paraId="0997C1DF" w14:textId="77777777" w:rsidR="00565812" w:rsidRDefault="00000000">
            <w:pPr>
              <w:jc w:val="center"/>
            </w:pPr>
            <w:r>
              <w:rPr>
                <w:sz w:val="19"/>
              </w:rPr>
              <w:t>13:30 – 14:30</w:t>
            </w:r>
          </w:p>
        </w:tc>
        <w:tc>
          <w:tcPr>
            <w:tcW w:w="3946" w:type="dxa"/>
            <w:vAlign w:val="center"/>
          </w:tcPr>
          <w:p w14:paraId="1DF52FBA" w14:textId="77777777" w:rsidR="00565812" w:rsidRDefault="00000000">
            <w:r>
              <w:rPr>
                <w:sz w:val="20"/>
              </w:rPr>
              <w:t>Lunch</w:t>
            </w:r>
          </w:p>
        </w:tc>
      </w:tr>
    </w:tbl>
    <w:p w14:paraId="1A5F9A30" w14:textId="77777777" w:rsidR="00565812" w:rsidRDefault="00565812"/>
    <w:p w14:paraId="60AADD35" w14:textId="77777777" w:rsidR="00565812" w:rsidRDefault="00000000">
      <w:pPr>
        <w:pStyle w:val="SectionHead"/>
      </w:pPr>
      <w:r>
        <w:t>Chief Guests</w:t>
      </w:r>
    </w:p>
    <w:tbl>
      <w:tblPr>
        <w:tblStyle w:val="TableGrid"/>
        <w:tblW w:w="10520" w:type="dxa"/>
        <w:jc w:val="center"/>
        <w:tblLayout w:type="fixed"/>
        <w:tblLook w:val="04A0" w:firstRow="1" w:lastRow="0" w:firstColumn="1" w:lastColumn="0" w:noHBand="0" w:noVBand="1"/>
      </w:tblPr>
      <w:tblGrid>
        <w:gridCol w:w="5213"/>
        <w:gridCol w:w="5307"/>
      </w:tblGrid>
      <w:tr w:rsidR="00565812" w14:paraId="61528F33" w14:textId="77777777" w:rsidTr="00CB3031">
        <w:trPr>
          <w:jc w:val="center"/>
        </w:trPr>
        <w:tc>
          <w:tcPr>
            <w:tcW w:w="5213" w:type="dxa"/>
            <w:shd w:val="clear" w:color="auto" w:fill="F4E6D5"/>
            <w:vAlign w:val="center"/>
          </w:tcPr>
          <w:p w14:paraId="15F515D2" w14:textId="77777777" w:rsidR="00565812" w:rsidRDefault="00000000">
            <w:pPr>
              <w:jc w:val="center"/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307" w:type="dxa"/>
            <w:shd w:val="clear" w:color="auto" w:fill="F4E6D5"/>
            <w:vAlign w:val="center"/>
          </w:tcPr>
          <w:p w14:paraId="7652CB6A" w14:textId="77777777" w:rsidR="00565812" w:rsidRDefault="00000000">
            <w:pPr>
              <w:jc w:val="center"/>
            </w:pPr>
            <w:r>
              <w:rPr>
                <w:b/>
                <w:sz w:val="20"/>
              </w:rPr>
              <w:t>CHIEF GUEST</w:t>
            </w:r>
          </w:p>
        </w:tc>
      </w:tr>
      <w:tr w:rsidR="00565812" w14:paraId="6D813212" w14:textId="77777777" w:rsidTr="00CB3031">
        <w:trPr>
          <w:jc w:val="center"/>
        </w:trPr>
        <w:tc>
          <w:tcPr>
            <w:tcW w:w="5213" w:type="dxa"/>
            <w:vAlign w:val="center"/>
          </w:tcPr>
          <w:p w14:paraId="374C94BC" w14:textId="77777777" w:rsidR="00565812" w:rsidRDefault="00000000">
            <w:pPr>
              <w:jc w:val="center"/>
            </w:pPr>
            <w:r>
              <w:rPr>
                <w:b/>
                <w:sz w:val="20"/>
              </w:rPr>
              <w:t>Oct 09</w:t>
            </w:r>
          </w:p>
        </w:tc>
        <w:tc>
          <w:tcPr>
            <w:tcW w:w="5307" w:type="dxa"/>
            <w:vAlign w:val="center"/>
          </w:tcPr>
          <w:p w14:paraId="0FF2B7C8" w14:textId="77777777" w:rsidR="00565812" w:rsidRDefault="00000000">
            <w:r>
              <w:rPr>
                <w:sz w:val="20"/>
              </w:rPr>
              <w:t>Shri Gulab Chand Kataria</w:t>
            </w:r>
            <w:r>
              <w:rPr>
                <w:sz w:val="20"/>
              </w:rPr>
              <w:br/>
              <w:t>Hon'ble Governor, Punjab</w:t>
            </w:r>
          </w:p>
        </w:tc>
      </w:tr>
      <w:tr w:rsidR="00565812" w14:paraId="1AD14CDF" w14:textId="77777777" w:rsidTr="00CB3031">
        <w:trPr>
          <w:jc w:val="center"/>
        </w:trPr>
        <w:tc>
          <w:tcPr>
            <w:tcW w:w="5213" w:type="dxa"/>
            <w:vAlign w:val="center"/>
          </w:tcPr>
          <w:p w14:paraId="106AC225" w14:textId="77777777" w:rsidR="00565812" w:rsidRDefault="00000000">
            <w:pPr>
              <w:jc w:val="center"/>
            </w:pPr>
            <w:r>
              <w:rPr>
                <w:b/>
                <w:sz w:val="20"/>
              </w:rPr>
              <w:t>Oct 10</w:t>
            </w:r>
          </w:p>
        </w:tc>
        <w:tc>
          <w:tcPr>
            <w:tcW w:w="5307" w:type="dxa"/>
            <w:vAlign w:val="center"/>
          </w:tcPr>
          <w:p w14:paraId="6AA6C49B" w14:textId="77777777" w:rsidR="00565812" w:rsidRDefault="00000000">
            <w:r>
              <w:rPr>
                <w:sz w:val="20"/>
              </w:rPr>
              <w:t>Shri Jairam Thakur</w:t>
            </w:r>
            <w:r>
              <w:rPr>
                <w:sz w:val="20"/>
              </w:rPr>
              <w:br/>
              <w:t>Former CM, Himachal Pradesh</w:t>
            </w:r>
          </w:p>
        </w:tc>
      </w:tr>
      <w:tr w:rsidR="00565812" w14:paraId="6BBB111D" w14:textId="77777777" w:rsidTr="00CB3031">
        <w:trPr>
          <w:jc w:val="center"/>
        </w:trPr>
        <w:tc>
          <w:tcPr>
            <w:tcW w:w="5213" w:type="dxa"/>
            <w:vAlign w:val="center"/>
          </w:tcPr>
          <w:p w14:paraId="6A7EC354" w14:textId="77777777" w:rsidR="00565812" w:rsidRDefault="00000000">
            <w:pPr>
              <w:jc w:val="center"/>
            </w:pPr>
            <w:r>
              <w:rPr>
                <w:b/>
                <w:sz w:val="20"/>
              </w:rPr>
              <w:t>Oct 11</w:t>
            </w:r>
          </w:p>
        </w:tc>
        <w:tc>
          <w:tcPr>
            <w:tcW w:w="5307" w:type="dxa"/>
            <w:vAlign w:val="center"/>
          </w:tcPr>
          <w:p w14:paraId="1C184FD3" w14:textId="77777777" w:rsidR="00565812" w:rsidRDefault="00000000">
            <w:r>
              <w:rPr>
                <w:sz w:val="20"/>
              </w:rPr>
              <w:t>Shri Kavinder Gupta</w:t>
            </w:r>
            <w:r>
              <w:rPr>
                <w:sz w:val="20"/>
              </w:rPr>
              <w:br/>
              <w:t>Hon'ble Governor, Himachal Pradesh</w:t>
            </w:r>
          </w:p>
        </w:tc>
      </w:tr>
    </w:tbl>
    <w:p w14:paraId="028C7FF9" w14:textId="77777777" w:rsidR="00565812" w:rsidRDefault="00565812"/>
    <w:p w14:paraId="63161F70" w14:textId="77777777" w:rsidR="00565812" w:rsidRDefault="00000000">
      <w:pPr>
        <w:pStyle w:val="SectionHead"/>
      </w:pPr>
      <w:r>
        <w:t>Guest of honour</w:t>
      </w:r>
    </w:p>
    <w:p w14:paraId="62C0FD6E" w14:textId="77777777" w:rsidR="00565812" w:rsidRDefault="00000000">
      <w:pPr>
        <w:jc w:val="center"/>
      </w:pPr>
      <w:r>
        <w:rPr>
          <w:b/>
          <w:sz w:val="22"/>
        </w:rPr>
        <w:t>Dr. Rajeev Bhardwaj,</w:t>
      </w:r>
      <w:r>
        <w:rPr>
          <w:b/>
          <w:sz w:val="22"/>
        </w:rPr>
        <w:br/>
      </w:r>
      <w:r>
        <w:rPr>
          <w:sz w:val="22"/>
        </w:rPr>
        <w:t>Hon'ble MP, Lok Sabha, Himachal Pradesh</w:t>
      </w:r>
    </w:p>
    <w:p w14:paraId="20C74B77" w14:textId="77777777" w:rsidR="00565812" w:rsidRDefault="00000000">
      <w:pPr>
        <w:jc w:val="center"/>
      </w:pPr>
      <w:r>
        <w:rPr>
          <w:b/>
          <w:sz w:val="22"/>
        </w:rPr>
        <w:t>Captain Anurag Singh Thakur</w:t>
      </w:r>
      <w:r>
        <w:rPr>
          <w:b/>
          <w:sz w:val="22"/>
        </w:rPr>
        <w:br/>
      </w:r>
      <w:r>
        <w:rPr>
          <w:sz w:val="22"/>
        </w:rPr>
        <w:t>Hon'ble MP, Lok Sabha, Himachal Pradesh</w:t>
      </w:r>
    </w:p>
    <w:p w14:paraId="18A6DA4B" w14:textId="77777777" w:rsidR="00565812" w:rsidRDefault="00000000">
      <w:pPr>
        <w:jc w:val="center"/>
      </w:pPr>
      <w:r>
        <w:rPr>
          <w:b/>
          <w:sz w:val="22"/>
        </w:rPr>
        <w:t>Dr. Sikander Kumar</w:t>
      </w:r>
      <w:r>
        <w:rPr>
          <w:b/>
          <w:sz w:val="22"/>
        </w:rPr>
        <w:br/>
      </w:r>
      <w:r>
        <w:rPr>
          <w:sz w:val="22"/>
        </w:rPr>
        <w:t>Hon'ble MP, Rajya Sabha, Himachal Pradesh</w:t>
      </w:r>
    </w:p>
    <w:p w14:paraId="54111C5A" w14:textId="77777777" w:rsidR="00565812" w:rsidRDefault="00565812"/>
    <w:p w14:paraId="2F798FDF" w14:textId="77777777" w:rsidR="00565812" w:rsidRDefault="00000000">
      <w:pPr>
        <w:jc w:val="center"/>
      </w:pPr>
      <w:r>
        <w:rPr>
          <w:b/>
        </w:rPr>
        <w:t>नोट: कार्यक्रम में परिवर्तन संभव है।  |  नवीनतम जानकारी के लिए कृपया आधिकारिक स्रोत देखें।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13"/>
        <w:gridCol w:w="5213"/>
      </w:tblGrid>
      <w:tr w:rsidR="00565812" w14:paraId="7F82945D" w14:textId="77777777">
        <w:trPr>
          <w:jc w:val="center"/>
        </w:trPr>
        <w:tc>
          <w:tcPr>
            <w:tcW w:w="5213" w:type="dxa"/>
            <w:shd w:val="clear" w:color="auto" w:fill="EEF5E9"/>
            <w:vAlign w:val="center"/>
          </w:tcPr>
          <w:p w14:paraId="65913C6B" w14:textId="77777777" w:rsidR="00565812" w:rsidRDefault="00000000">
            <w:pPr>
              <w:jc w:val="center"/>
            </w:pPr>
            <w:r>
              <w:rPr>
                <w:b/>
              </w:rPr>
              <w:t>निवेदक</w:t>
            </w:r>
            <w:r>
              <w:rPr>
                <w:b/>
              </w:rPr>
              <w:br/>
              <w:t>डॉ. शमशेर सिंह</w:t>
            </w:r>
            <w:r>
              <w:rPr>
                <w:b/>
              </w:rPr>
              <w:br/>
              <w:t>+91 94632 31250</w:t>
            </w:r>
          </w:p>
        </w:tc>
        <w:tc>
          <w:tcPr>
            <w:tcW w:w="5213" w:type="dxa"/>
            <w:shd w:val="clear" w:color="auto" w:fill="E8EEF7"/>
            <w:vAlign w:val="center"/>
          </w:tcPr>
          <w:p w14:paraId="0FC7CFFB" w14:textId="77777777" w:rsidR="00565812" w:rsidRDefault="00000000">
            <w:pPr>
              <w:jc w:val="center"/>
            </w:pPr>
            <w:r>
              <w:rPr>
                <w:b/>
                <w:sz w:val="22"/>
              </w:rPr>
              <w:t>NIT Hamirpur</w:t>
            </w:r>
            <w:r>
              <w:rPr>
                <w:b/>
                <w:sz w:val="22"/>
              </w:rPr>
              <w:br/>
              <w:t>Himachal Pradesh</w:t>
            </w:r>
          </w:p>
        </w:tc>
      </w:tr>
    </w:tbl>
    <w:p w14:paraId="4F82BF3A" w14:textId="77777777" w:rsidR="00313412" w:rsidRDefault="00313412"/>
    <w:sectPr w:rsidR="00313412" w:rsidSect="00034616">
      <w:footerReference w:type="default" r:id="rId8"/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F688D" w14:textId="77777777" w:rsidR="00313412" w:rsidRDefault="00313412">
      <w:pPr>
        <w:spacing w:after="0" w:line="240" w:lineRule="auto"/>
      </w:pPr>
      <w:r>
        <w:separator/>
      </w:r>
    </w:p>
  </w:endnote>
  <w:endnote w:type="continuationSeparator" w:id="0">
    <w:p w14:paraId="2CC2109D" w14:textId="77777777" w:rsidR="00313412" w:rsidRDefault="00313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Nirmala UI">
    <w:panose1 w:val="020B0502040204020203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23813" w14:textId="77777777" w:rsidR="00565812" w:rsidRDefault="00000000">
    <w:pPr>
      <w:pStyle w:val="Footer"/>
      <w:jc w:val="center"/>
    </w:pPr>
    <w:r>
      <w:rPr>
        <w:sz w:val="16"/>
      </w:rPr>
      <w:t>Shiksha Mahakumbh-</w:t>
    </w:r>
    <w:proofErr w:type="gramStart"/>
    <w:r>
      <w:rPr>
        <w:sz w:val="16"/>
      </w:rPr>
      <w:t>2026  |</w:t>
    </w:r>
    <w:proofErr w:type="gramEnd"/>
    <w:r>
      <w:rPr>
        <w:sz w:val="16"/>
      </w:rPr>
      <w:t xml:space="preserve">  Main </w:t>
    </w:r>
    <w:proofErr w:type="spellStart"/>
    <w:r>
      <w:rPr>
        <w:sz w:val="16"/>
      </w:rPr>
      <w:t>Programme</w:t>
    </w:r>
    <w:proofErr w:type="spellEnd"/>
    <w:r>
      <w:rPr>
        <w:sz w:val="16"/>
      </w:rPr>
      <w:t xml:space="preserve"> Schedule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E9EB1" w14:textId="77777777" w:rsidR="00313412" w:rsidRDefault="00313412">
      <w:pPr>
        <w:spacing w:after="0" w:line="240" w:lineRule="auto"/>
      </w:pPr>
      <w:r>
        <w:separator/>
      </w:r>
    </w:p>
  </w:footnote>
  <w:footnote w:type="continuationSeparator" w:id="0">
    <w:p w14:paraId="6BA29D0B" w14:textId="77777777" w:rsidR="00313412" w:rsidRDefault="003134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6706135">
    <w:abstractNumId w:val="8"/>
  </w:num>
  <w:num w:numId="2" w16cid:durableId="1595893290">
    <w:abstractNumId w:val="6"/>
  </w:num>
  <w:num w:numId="3" w16cid:durableId="460996537">
    <w:abstractNumId w:val="5"/>
  </w:num>
  <w:num w:numId="4" w16cid:durableId="1230312888">
    <w:abstractNumId w:val="4"/>
  </w:num>
  <w:num w:numId="5" w16cid:durableId="1407416014">
    <w:abstractNumId w:val="7"/>
  </w:num>
  <w:num w:numId="6" w16cid:durableId="1989627792">
    <w:abstractNumId w:val="3"/>
  </w:num>
  <w:num w:numId="7" w16cid:durableId="1396854745">
    <w:abstractNumId w:val="2"/>
  </w:num>
  <w:num w:numId="8" w16cid:durableId="1322079202">
    <w:abstractNumId w:val="1"/>
  </w:num>
  <w:num w:numId="9" w16cid:durableId="2089188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13412"/>
    <w:rsid w:val="00326F90"/>
    <w:rsid w:val="00565812"/>
    <w:rsid w:val="00867E3D"/>
    <w:rsid w:val="009C3C43"/>
    <w:rsid w:val="00AA1D8D"/>
    <w:rsid w:val="00B47730"/>
    <w:rsid w:val="00CB0664"/>
    <w:rsid w:val="00CB303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9EC7E5"/>
  <w14:defaultImageDpi w14:val="300"/>
  <w15:docId w15:val="{95C2336B-94B2-4F2A-87EE-E7750BCE5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Nirmala UI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ainTitle">
    <w:name w:val="Main Title"/>
    <w:rPr>
      <w:rFonts w:ascii="Aptos" w:eastAsia="Nirmala UI" w:hAnsi="Aptos"/>
      <w:b/>
      <w:color w:val="192D5A"/>
      <w:sz w:val="56"/>
    </w:rPr>
  </w:style>
  <w:style w:type="paragraph" w:customStyle="1" w:styleId="HindiSubtitle">
    <w:name w:val="Hindi Subtitle"/>
    <w:rPr>
      <w:rFonts w:ascii="Aptos" w:eastAsia="Nirmala UI" w:hAnsi="Aptos"/>
      <w:b/>
      <w:color w:val="694114"/>
      <w:sz w:val="34"/>
    </w:rPr>
  </w:style>
  <w:style w:type="paragraph" w:customStyle="1" w:styleId="EnglishSubtitle">
    <w:name w:val="English Subtitle"/>
    <w:rPr>
      <w:rFonts w:ascii="Aptos" w:eastAsia="Nirmala UI" w:hAnsi="Aptos"/>
      <w:b/>
      <w:color w:val="234B2D"/>
      <w:sz w:val="26"/>
    </w:rPr>
  </w:style>
  <w:style w:type="paragraph" w:customStyle="1" w:styleId="SectionHead">
    <w:name w:val="Section Head"/>
    <w:rPr>
      <w:rFonts w:ascii="Aptos" w:eastAsia="Nirmala UI" w:hAnsi="Aptos"/>
      <w:b/>
      <w:color w:val="783714"/>
      <w:sz w:val="34"/>
    </w:rPr>
  </w:style>
  <w:style w:type="paragraph" w:customStyle="1" w:styleId="DayHead">
    <w:name w:val="Day Head"/>
    <w:rPr>
      <w:rFonts w:ascii="Aptos" w:eastAsia="Nirmala UI" w:hAnsi="Aptos"/>
      <w:b/>
      <w:color w:val="193769"/>
      <w:sz w:val="36"/>
    </w:rPr>
  </w:style>
  <w:style w:type="paragraph" w:customStyle="1" w:styleId="Theme">
    <w:name w:val="Theme"/>
    <w:rPr>
      <w:rFonts w:ascii="Aptos" w:eastAsia="Nirmala UI" w:hAnsi="Aptos"/>
      <w:b/>
      <w:color w:val="414141"/>
      <w:sz w:val="24"/>
    </w:rPr>
  </w:style>
  <w:style w:type="paragraph" w:customStyle="1" w:styleId="Small">
    <w:name w:val="Small"/>
    <w:rPr>
      <w:rFonts w:ascii="Aptos" w:eastAsia="Nirmala UI" w:hAnsi="Aptos"/>
      <w:color w:val="50505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Department of Holistic Education</cp:lastModifiedBy>
  <cp:revision>2</cp:revision>
  <dcterms:created xsi:type="dcterms:W3CDTF">2013-12-23T23:15:00Z</dcterms:created>
  <dcterms:modified xsi:type="dcterms:W3CDTF">2026-09-17T10:59:00Z</dcterms:modified>
  <cp:category/>
</cp:coreProperties>
</file>